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3C7B5" w14:textId="77777777" w:rsidR="00142073" w:rsidRDefault="00F82E0E">
      <w:pPr>
        <w:pStyle w:val="Kop1"/>
        <w:jc w:val="center"/>
      </w:pPr>
      <w:r>
        <w:t>Privacyverklaring BekkenHerstel</w:t>
      </w:r>
    </w:p>
    <w:p w14:paraId="7B014D6E" w14:textId="77777777" w:rsidR="00142073" w:rsidRDefault="00F82E0E">
      <w:pPr>
        <w:jc w:val="center"/>
      </w:pPr>
      <w:r>
        <w:rPr>
          <w:color w:val="646464"/>
          <w:sz w:val="20"/>
        </w:rPr>
        <w:t>Laatst bijgewerkt: [datum invullen]</w:t>
      </w:r>
    </w:p>
    <w:p w14:paraId="7C047DA0" w14:textId="77777777" w:rsidR="00142073" w:rsidRDefault="00142073">
      <w:pPr>
        <w:pBdr>
          <w:bottom w:val="single" w:sz="6" w:space="1" w:color="A8B39B"/>
        </w:pBdr>
      </w:pPr>
    </w:p>
    <w:p w14:paraId="53546F51" w14:textId="77777777" w:rsidR="00142073" w:rsidRDefault="00F82E0E">
      <w:r>
        <w:t>BekkenHerstel, onderdeel van Maha Devi B.V., gevestigd aan de Hertenlaan 27, 3734 CD Den Dolder, hecht veel waarde aan de bescherming van jouw persoonsgegevens.</w:t>
      </w:r>
    </w:p>
    <w:p w14:paraId="693F4A91" w14:textId="77777777" w:rsidR="00142073" w:rsidRDefault="00F82E0E">
      <w:r>
        <w:t>In deze privacyverklaring leggen wij uit welke persoonsgegevens wij verwerken, waarom wij dat doen, hoe wij deze gegevens beschermen en welke rechten je hebt.</w:t>
      </w:r>
    </w:p>
    <w:p w14:paraId="3C1C9C34" w14:textId="77777777" w:rsidR="00142073" w:rsidRDefault="00F82E0E">
      <w:r>
        <w:t>Wij verwerken persoonsgegevens zorgvuldig en in overeenstemming met de Algemene Verordening Gegevensbescherming (AVG).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82"/>
      </w:tblGrid>
      <w:tr w:rsidR="00142073" w14:paraId="38831D85" w14:textId="77777777">
        <w:tc>
          <w:tcPr>
            <w:tcW w:w="9792" w:type="dxa"/>
            <w:tcBorders>
              <w:top w:val="single" w:sz="4" w:space="0" w:color="D4DDD0"/>
              <w:left w:val="single" w:sz="4" w:space="0" w:color="D4DDD0"/>
              <w:bottom w:val="single" w:sz="4" w:space="0" w:color="D4DDD0"/>
              <w:right w:val="single" w:sz="4" w:space="0" w:color="D4DDD0"/>
            </w:tcBorders>
            <w:shd w:val="clear" w:color="auto" w:fill="FAF9F7"/>
          </w:tcPr>
          <w:p w14:paraId="30A15693" w14:textId="77777777" w:rsidR="00142073" w:rsidRDefault="00F82E0E">
            <w:r>
              <w:rPr>
                <w:color w:val="464646"/>
                <w:sz w:val="18"/>
              </w:rPr>
              <w:t>Deze privacyverklaring is bedoeld voor publicatie op de website en sluit aan op de algemene voorwaarden waarin de behandelrelatie, toestemming en lichamelijk contact apart zijn beschreven.</w:t>
            </w:r>
          </w:p>
        </w:tc>
      </w:tr>
    </w:tbl>
    <w:p w14:paraId="1910422C" w14:textId="77777777" w:rsidR="00142073" w:rsidRDefault="00F82E0E">
      <w:pPr>
        <w:pStyle w:val="Kop2"/>
      </w:pPr>
      <w:r>
        <w:t>1. Welke persoonsgegevens verwerken wij?</w:t>
      </w:r>
    </w:p>
    <w:p w14:paraId="1FC75712" w14:textId="77777777" w:rsidR="00142073" w:rsidRDefault="00F82E0E">
      <w:r>
        <w:t>Wij verwerken uitsluitend persoonsgegevens die noodzakelijk zijn voor onze dienstverlening, wettelijke verplichtingen of waarvoor je toestemming hebt gegeven.</w:t>
      </w:r>
    </w:p>
    <w:p w14:paraId="3D641326" w14:textId="77777777" w:rsidR="00142073" w:rsidRDefault="00F82E0E">
      <w:pPr>
        <w:pStyle w:val="Kop3"/>
      </w:pPr>
      <w:r>
        <w:t>Contactformulier of e-mail</w:t>
      </w:r>
    </w:p>
    <w:p w14:paraId="433F68D4" w14:textId="77777777" w:rsidR="00142073" w:rsidRDefault="00F82E0E">
      <w:pPr>
        <w:pStyle w:val="Lijstopsomteken"/>
        <w:spacing w:after="40"/>
      </w:pPr>
      <w:r>
        <w:t>Naam</w:t>
      </w:r>
    </w:p>
    <w:p w14:paraId="72A5668D" w14:textId="77777777" w:rsidR="00142073" w:rsidRDefault="00F82E0E">
      <w:pPr>
        <w:pStyle w:val="Lijstopsomteken"/>
        <w:spacing w:after="40"/>
      </w:pPr>
      <w:r>
        <w:t>E-mailadres</w:t>
      </w:r>
    </w:p>
    <w:p w14:paraId="4E5C31BF" w14:textId="77777777" w:rsidR="00142073" w:rsidRDefault="00F82E0E">
      <w:pPr>
        <w:pStyle w:val="Lijstopsomteken"/>
        <w:spacing w:after="40"/>
      </w:pPr>
      <w:r>
        <w:t>Telefoonnummer (indien verstrekt)</w:t>
      </w:r>
    </w:p>
    <w:p w14:paraId="41ED5669" w14:textId="77777777" w:rsidR="00142073" w:rsidRDefault="00F82E0E">
      <w:pPr>
        <w:pStyle w:val="Lijstopsomteken"/>
        <w:spacing w:after="40"/>
      </w:pPr>
      <w:r>
        <w:t>Inhoud van je bericht</w:t>
      </w:r>
    </w:p>
    <w:p w14:paraId="4918D4CF" w14:textId="77777777" w:rsidR="00142073" w:rsidRDefault="00F82E0E">
      <w:pPr>
        <w:pStyle w:val="Kop3"/>
      </w:pPr>
      <w:r>
        <w:t>Nieuwsbrief</w:t>
      </w:r>
    </w:p>
    <w:p w14:paraId="58A8DACC" w14:textId="77777777" w:rsidR="00142073" w:rsidRDefault="00F82E0E">
      <w:pPr>
        <w:pStyle w:val="Lijstopsomteken"/>
        <w:spacing w:after="40"/>
      </w:pPr>
      <w:r>
        <w:t>Naam</w:t>
      </w:r>
    </w:p>
    <w:p w14:paraId="60DE9687" w14:textId="77777777" w:rsidR="00142073" w:rsidRDefault="00F82E0E">
      <w:pPr>
        <w:pStyle w:val="Lijstopsomteken"/>
        <w:spacing w:after="40"/>
      </w:pPr>
      <w:r>
        <w:t>E-mailadres</w:t>
      </w:r>
    </w:p>
    <w:p w14:paraId="5641B1C0" w14:textId="77777777" w:rsidR="00142073" w:rsidRDefault="00F82E0E">
      <w:pPr>
        <w:pStyle w:val="Kop3"/>
      </w:pPr>
      <w:r>
        <w:t>Afspraken en dienstverlening</w:t>
      </w:r>
    </w:p>
    <w:p w14:paraId="314D047E" w14:textId="77777777" w:rsidR="00142073" w:rsidRDefault="00F82E0E">
      <w:pPr>
        <w:pStyle w:val="Lijstopsomteken"/>
        <w:spacing w:after="40"/>
      </w:pPr>
      <w:r>
        <w:t>Naam</w:t>
      </w:r>
    </w:p>
    <w:p w14:paraId="72B22545" w14:textId="77777777" w:rsidR="00142073" w:rsidRDefault="00F82E0E">
      <w:pPr>
        <w:pStyle w:val="Lijstopsomteken"/>
        <w:spacing w:after="40"/>
      </w:pPr>
      <w:r>
        <w:t>Adresgegevens</w:t>
      </w:r>
    </w:p>
    <w:p w14:paraId="374CBD8E" w14:textId="77777777" w:rsidR="00142073" w:rsidRDefault="00F82E0E">
      <w:pPr>
        <w:pStyle w:val="Lijstopsomteken"/>
        <w:spacing w:after="40"/>
      </w:pPr>
      <w:r>
        <w:t>Telefoonnummer</w:t>
      </w:r>
    </w:p>
    <w:p w14:paraId="1610C33C" w14:textId="77777777" w:rsidR="00142073" w:rsidRDefault="00F82E0E">
      <w:pPr>
        <w:pStyle w:val="Lijstopsomteken"/>
        <w:spacing w:after="40"/>
      </w:pPr>
      <w:r>
        <w:t>E-mailadres</w:t>
      </w:r>
    </w:p>
    <w:p w14:paraId="1C1E95B0" w14:textId="77777777" w:rsidR="00142073" w:rsidRDefault="00F82E0E">
      <w:pPr>
        <w:pStyle w:val="Lijstopsomteken"/>
        <w:spacing w:after="40"/>
      </w:pPr>
      <w:r>
        <w:t>Factuurgegevens</w:t>
      </w:r>
    </w:p>
    <w:p w14:paraId="5C613FF3" w14:textId="77777777" w:rsidR="00142073" w:rsidRDefault="00F82E0E">
      <w:pPr>
        <w:pStyle w:val="Lijstopsomteken"/>
        <w:spacing w:after="40"/>
      </w:pPr>
      <w:r>
        <w:t>Betaalgegevens</w:t>
      </w:r>
    </w:p>
    <w:p w14:paraId="19DF4444" w14:textId="77777777" w:rsidR="00142073" w:rsidRDefault="00F82E0E">
      <w:pPr>
        <w:pStyle w:val="Kop3"/>
      </w:pPr>
      <w:r>
        <w:t>Behandelingen en begeleiding</w:t>
      </w:r>
    </w:p>
    <w:p w14:paraId="254AA944" w14:textId="77777777" w:rsidR="00142073" w:rsidRDefault="00F82E0E">
      <w:r>
        <w:t>Voor een veilige en zorgvuldige begeleiding kunnen wij daarnaast gegevens verwerken die relevant zijn voor de behandeling, zoals:</w:t>
      </w:r>
    </w:p>
    <w:p w14:paraId="3C4C50E6" w14:textId="77777777" w:rsidR="00142073" w:rsidRDefault="00F82E0E">
      <w:pPr>
        <w:pStyle w:val="Lijstopsomteken"/>
        <w:spacing w:after="40"/>
      </w:pPr>
      <w:r>
        <w:t>Gegevens over je gezondheid die je zelf verstrekt</w:t>
      </w:r>
    </w:p>
    <w:p w14:paraId="56C84E10" w14:textId="77777777" w:rsidR="00142073" w:rsidRDefault="00F82E0E">
      <w:pPr>
        <w:pStyle w:val="Lijstopsomteken"/>
        <w:spacing w:after="40"/>
      </w:pPr>
      <w:r>
        <w:t>Informatie over klachten, symptomen en herstel</w:t>
      </w:r>
    </w:p>
    <w:p w14:paraId="5D6792BA" w14:textId="77777777" w:rsidR="00142073" w:rsidRDefault="00F82E0E">
      <w:pPr>
        <w:pStyle w:val="Lijstopsomteken"/>
        <w:spacing w:after="40"/>
      </w:pPr>
      <w:r>
        <w:t>Intakegegevens en vragenlijsten</w:t>
      </w:r>
    </w:p>
    <w:p w14:paraId="6974DE62" w14:textId="77777777" w:rsidR="00142073" w:rsidRDefault="00F82E0E">
      <w:pPr>
        <w:pStyle w:val="Lijstopsomteken"/>
        <w:spacing w:after="40"/>
      </w:pPr>
      <w:r>
        <w:t>Aantekeningen van behandelingen en consulten</w:t>
      </w:r>
    </w:p>
    <w:p w14:paraId="43843642" w14:textId="77777777" w:rsidR="00142073" w:rsidRDefault="00F82E0E">
      <w:pPr>
        <w:pStyle w:val="Lijstopsomteken"/>
        <w:spacing w:after="40"/>
      </w:pPr>
      <w:r>
        <w:t>Informatie over jouw behandeltraject</w:t>
      </w:r>
    </w:p>
    <w:p w14:paraId="422267F4" w14:textId="77777777" w:rsidR="00142073" w:rsidRDefault="00F82E0E">
      <w:pPr>
        <w:pStyle w:val="Kop3"/>
      </w:pPr>
      <w:r>
        <w:t>Websitebezoek</w:t>
      </w:r>
    </w:p>
    <w:p w14:paraId="3CFADDA6" w14:textId="77777777" w:rsidR="00142073" w:rsidRDefault="00F82E0E">
      <w:r>
        <w:t>Bij bezoek aan onze website kunnen automatisch gegevens worden verzameld, zoals:</w:t>
      </w:r>
    </w:p>
    <w:p w14:paraId="7F15F341" w14:textId="77777777" w:rsidR="00142073" w:rsidRDefault="00F82E0E">
      <w:pPr>
        <w:pStyle w:val="Lijstopsomteken"/>
        <w:spacing w:after="40"/>
      </w:pPr>
      <w:r>
        <w:lastRenderedPageBreak/>
        <w:t>IP-adres</w:t>
      </w:r>
    </w:p>
    <w:p w14:paraId="08220F89" w14:textId="77777777" w:rsidR="00142073" w:rsidRDefault="00F82E0E">
      <w:pPr>
        <w:pStyle w:val="Lijstopsomteken"/>
        <w:spacing w:after="40"/>
      </w:pPr>
      <w:r>
        <w:t>Browsergegevens</w:t>
      </w:r>
    </w:p>
    <w:p w14:paraId="1DBAA542" w14:textId="77777777" w:rsidR="00142073" w:rsidRDefault="00F82E0E">
      <w:pPr>
        <w:pStyle w:val="Lijstopsomteken"/>
        <w:spacing w:after="40"/>
      </w:pPr>
      <w:r>
        <w:t>Apparaatgegevens</w:t>
      </w:r>
    </w:p>
    <w:p w14:paraId="1C628815" w14:textId="77777777" w:rsidR="00142073" w:rsidRDefault="00F82E0E">
      <w:pPr>
        <w:pStyle w:val="Lijstopsomteken"/>
        <w:spacing w:after="40"/>
      </w:pPr>
      <w:r>
        <w:t>Bezoek- en klikgedrag op de website</w:t>
      </w:r>
    </w:p>
    <w:p w14:paraId="0B0B3C76" w14:textId="77777777" w:rsidR="00142073" w:rsidRDefault="00F82E0E">
      <w:pPr>
        <w:pStyle w:val="Lijstopsomteken"/>
        <w:spacing w:after="40"/>
      </w:pPr>
      <w:r>
        <w:t>Cookiegegevens</w:t>
      </w:r>
    </w:p>
    <w:p w14:paraId="491B4280" w14:textId="77777777" w:rsidR="00142073" w:rsidRDefault="00F82E0E">
      <w:pPr>
        <w:pStyle w:val="Kop2"/>
      </w:pPr>
      <w:r>
        <w:t>2. Waarom verwerken wij persoonsgegevens?</w:t>
      </w:r>
    </w:p>
    <w:p w14:paraId="35D2F4DA" w14:textId="77777777" w:rsidR="00142073" w:rsidRDefault="00F82E0E">
      <w:r>
        <w:t>Wij verwerken persoonsgegevens voor de volgende doeleinden:</w:t>
      </w:r>
    </w:p>
    <w:p w14:paraId="79082C8E" w14:textId="77777777" w:rsidR="00142073" w:rsidRDefault="00F82E0E">
      <w:pPr>
        <w:pStyle w:val="Lijstopsomteken"/>
        <w:spacing w:after="40"/>
      </w:pPr>
      <w:r>
        <w:t>Het beantwoorden van vragen en contactverzoeken</w:t>
      </w:r>
    </w:p>
    <w:p w14:paraId="49A229DD" w14:textId="77777777" w:rsidR="00142073" w:rsidRDefault="00F82E0E">
      <w:pPr>
        <w:pStyle w:val="Lijstopsomteken"/>
        <w:spacing w:after="40"/>
      </w:pPr>
      <w:r>
        <w:t>Het plannen, bevestigen en uitvoeren van behandelingen</w:t>
      </w:r>
    </w:p>
    <w:p w14:paraId="6D2CDAE0" w14:textId="77777777" w:rsidR="00142073" w:rsidRDefault="00F82E0E">
      <w:pPr>
        <w:pStyle w:val="Lijstopsomteken"/>
        <w:spacing w:after="40"/>
      </w:pPr>
      <w:r>
        <w:t>Het onderhouden van contact met cliënten</w:t>
      </w:r>
    </w:p>
    <w:p w14:paraId="6CD5AA2D" w14:textId="77777777" w:rsidR="00142073" w:rsidRDefault="00F82E0E">
      <w:pPr>
        <w:pStyle w:val="Lijstopsomteken"/>
        <w:spacing w:after="40"/>
      </w:pPr>
      <w:r>
        <w:t>Het versturen van nieuwsbrieven (uitsluitend met toestemming)</w:t>
      </w:r>
    </w:p>
    <w:p w14:paraId="5BEE6247" w14:textId="77777777" w:rsidR="00142073" w:rsidRDefault="00F82E0E">
      <w:pPr>
        <w:pStyle w:val="Lijstopsomteken"/>
        <w:spacing w:after="40"/>
      </w:pPr>
      <w:r>
        <w:t>Het verbeteren van onze website en gebruikerservaring</w:t>
      </w:r>
    </w:p>
    <w:p w14:paraId="633D2737" w14:textId="77777777" w:rsidR="00142073" w:rsidRDefault="00F82E0E">
      <w:pPr>
        <w:pStyle w:val="Lijstopsomteken"/>
        <w:spacing w:after="40"/>
      </w:pPr>
      <w:r>
        <w:t>Het uitvoeren van de financiële administratie</w:t>
      </w:r>
    </w:p>
    <w:p w14:paraId="3C1658A0" w14:textId="77777777" w:rsidR="00142073" w:rsidRDefault="00F82E0E">
      <w:pPr>
        <w:pStyle w:val="Lijstopsomteken"/>
        <w:spacing w:after="40"/>
      </w:pPr>
      <w:r>
        <w:t>Het voldoen aan wettelijke verplichtingen</w:t>
      </w:r>
    </w:p>
    <w:p w14:paraId="4052BE54" w14:textId="77777777" w:rsidR="00142073" w:rsidRDefault="00F82E0E">
      <w:r>
        <w:t>Wij gebruiken persoonsgegevens niet voor andere doeleinden dan hierboven beschreven.</w:t>
      </w:r>
    </w:p>
    <w:p w14:paraId="415C6BF1" w14:textId="77777777" w:rsidR="00142073" w:rsidRDefault="00F82E0E">
      <w:pPr>
        <w:pStyle w:val="Kop2"/>
      </w:pPr>
      <w:r>
        <w:t>3. Op welke grondslag verwerken wij persoonsgegevens?</w:t>
      </w:r>
    </w:p>
    <w:p w14:paraId="11A5C4B6" w14:textId="77777777" w:rsidR="00142073" w:rsidRDefault="00F82E0E">
      <w:r>
        <w:t>Wij verwerken persoonsgegevens op basis van één of meer van de volgende wettelijke grondslagen:</w:t>
      </w:r>
    </w:p>
    <w:p w14:paraId="1F782A86" w14:textId="77777777" w:rsidR="00142073" w:rsidRDefault="00F82E0E">
      <w:pPr>
        <w:pStyle w:val="Lijstopsomteken"/>
        <w:spacing w:after="40"/>
      </w:pPr>
      <w:r>
        <w:t>Jouw toestemming</w:t>
      </w:r>
    </w:p>
    <w:p w14:paraId="60041731" w14:textId="77777777" w:rsidR="00142073" w:rsidRDefault="00F82E0E">
      <w:pPr>
        <w:pStyle w:val="Lijstopsomteken"/>
        <w:spacing w:after="40"/>
      </w:pPr>
      <w:r>
        <w:t>Het uitvoeren van een overeenkomst</w:t>
      </w:r>
    </w:p>
    <w:p w14:paraId="17FA9BB4" w14:textId="77777777" w:rsidR="00142073" w:rsidRDefault="00F82E0E">
      <w:pPr>
        <w:pStyle w:val="Lijstopsomteken"/>
        <w:spacing w:after="40"/>
      </w:pPr>
      <w:r>
        <w:t>Een wettelijke verplichting</w:t>
      </w:r>
    </w:p>
    <w:p w14:paraId="04340742" w14:textId="77777777" w:rsidR="00142073" w:rsidRDefault="00F82E0E">
      <w:pPr>
        <w:pStyle w:val="Lijstopsomteken"/>
        <w:spacing w:after="40"/>
      </w:pPr>
      <w:r>
        <w:t>Een gerechtvaardigd belang, zoals websitebeveiliging en verbetering van onze dienstverlening</w:t>
      </w:r>
    </w:p>
    <w:p w14:paraId="5B0731A9" w14:textId="77777777" w:rsidR="00142073" w:rsidRDefault="00F82E0E">
      <w:r>
        <w:t>Voor gezondheidsgegevens verwerken wij uitsluitend gegevens die noodzakelijk zijn voor de begeleiding en behandeling en die door jou zelf worden verstrekt.</w:t>
      </w:r>
    </w:p>
    <w:p w14:paraId="3E09138F" w14:textId="77777777" w:rsidR="00142073" w:rsidRDefault="00F82E0E">
      <w:pPr>
        <w:pStyle w:val="Kop2"/>
      </w:pPr>
      <w:r>
        <w:t>4. Delen van persoonsgegevens</w:t>
      </w:r>
    </w:p>
    <w:p w14:paraId="7D4035C1" w14:textId="77777777" w:rsidR="00142073" w:rsidRDefault="00F82E0E">
      <w:r>
        <w:t>BekkenHerstel verkoopt geen persoonsgegevens aan derden.</w:t>
      </w:r>
    </w:p>
    <w:p w14:paraId="235B2108" w14:textId="77777777" w:rsidR="00142073" w:rsidRDefault="00F82E0E">
      <w:r>
        <w:t>Wanneer dit noodzakelijk is voor onze dienstverlening kunnen persoonsgegevens worden gedeeld met externe dienstverleners, zoals aanbieders van:</w:t>
      </w:r>
    </w:p>
    <w:p w14:paraId="7A0EE361" w14:textId="77777777" w:rsidR="00142073" w:rsidRDefault="00F82E0E">
      <w:pPr>
        <w:pStyle w:val="Lijstopsomteken"/>
        <w:spacing w:after="40"/>
      </w:pPr>
      <w:r>
        <w:t>Websitehosting</w:t>
      </w:r>
    </w:p>
    <w:p w14:paraId="2835F846" w14:textId="77777777" w:rsidR="00142073" w:rsidRDefault="00F82E0E">
      <w:pPr>
        <w:pStyle w:val="Lijstopsomteken"/>
        <w:spacing w:after="40"/>
      </w:pPr>
      <w:r>
        <w:t>E-maildiensten</w:t>
      </w:r>
    </w:p>
    <w:p w14:paraId="39826EF8" w14:textId="77777777" w:rsidR="00142073" w:rsidRDefault="00F82E0E">
      <w:pPr>
        <w:pStyle w:val="Lijstopsomteken"/>
        <w:spacing w:after="40"/>
      </w:pPr>
      <w:r>
        <w:t>Nieuwsbriefsoftware</w:t>
      </w:r>
    </w:p>
    <w:p w14:paraId="5BE7FC41" w14:textId="77777777" w:rsidR="00142073" w:rsidRDefault="00F82E0E">
      <w:pPr>
        <w:pStyle w:val="Lijstopsomteken"/>
        <w:spacing w:after="40"/>
      </w:pPr>
      <w:r>
        <w:t>Administratieve systemen</w:t>
      </w:r>
    </w:p>
    <w:p w14:paraId="6DC5337C" w14:textId="77777777" w:rsidR="00142073" w:rsidRDefault="00F82E0E">
      <w:pPr>
        <w:pStyle w:val="Lijstopsomteken"/>
        <w:spacing w:after="40"/>
      </w:pPr>
      <w:r>
        <w:t>Boekhoudsoftware</w:t>
      </w:r>
    </w:p>
    <w:p w14:paraId="41550F23" w14:textId="77777777" w:rsidR="00142073" w:rsidRDefault="00F82E0E">
      <w:pPr>
        <w:pStyle w:val="Lijstopsomteken"/>
        <w:spacing w:after="40"/>
      </w:pPr>
      <w:r>
        <w:t>IT-ondersteuning</w:t>
      </w:r>
    </w:p>
    <w:p w14:paraId="77328B8D" w14:textId="77777777" w:rsidR="00142073" w:rsidRDefault="00F82E0E">
      <w:r>
        <w:t>Voor zover wettelijk vereist worden met deze partijen verwerkersovereenkomsten gesloten.</w:t>
      </w:r>
    </w:p>
    <w:p w14:paraId="69209841" w14:textId="77777777" w:rsidR="00142073" w:rsidRDefault="00F82E0E">
      <w:r>
        <w:t>Persoonsgegevens worden uitsluitend gedeeld wanneer dit noodzakelijk is voor de uitvoering van onze dienstverlening of wanneer wij daartoe wettelijk verplicht zijn.</w:t>
      </w:r>
    </w:p>
    <w:p w14:paraId="227DF585" w14:textId="77777777" w:rsidR="00142073" w:rsidRDefault="00F82E0E">
      <w:pPr>
        <w:pStyle w:val="Kop2"/>
      </w:pPr>
      <w:r>
        <w:t>5. Bewaartermijnen</w:t>
      </w:r>
    </w:p>
    <w:p w14:paraId="5540A51D" w14:textId="77777777" w:rsidR="00142073" w:rsidRDefault="00F82E0E">
      <w:r>
        <w:t>Wij bewaren persoonsgegevens niet langer dan noodzakelijk voor het doel waarvoor zij zijn verzameld.</w:t>
      </w:r>
    </w:p>
    <w:p w14:paraId="2C0B3369" w14:textId="77777777" w:rsidR="00142073" w:rsidRDefault="00F82E0E">
      <w:r>
        <w:t>In het algemeen hanteren wij de volgende bewaartermijnen:</w:t>
      </w:r>
    </w:p>
    <w:p w14:paraId="44C00FDF" w14:textId="77777777" w:rsidR="00142073" w:rsidRDefault="00F82E0E">
      <w:pPr>
        <w:pStyle w:val="Lijstopsomteken"/>
        <w:spacing w:after="40"/>
      </w:pPr>
      <w:r>
        <w:t>Contactaanvragen: maximaal 12 maanden</w:t>
      </w:r>
    </w:p>
    <w:p w14:paraId="172DB7DB" w14:textId="77777777" w:rsidR="00142073" w:rsidRDefault="00F82E0E">
      <w:pPr>
        <w:pStyle w:val="Lijstopsomteken"/>
        <w:spacing w:after="40"/>
      </w:pPr>
      <w:r>
        <w:lastRenderedPageBreak/>
        <w:t>Nieuwsbriefgegevens: totdat je je uitschrijft</w:t>
      </w:r>
    </w:p>
    <w:p w14:paraId="4FF2F7DE" w14:textId="77777777" w:rsidR="00142073" w:rsidRDefault="00F82E0E">
      <w:pPr>
        <w:pStyle w:val="Lijstopsomteken"/>
        <w:spacing w:after="40"/>
      </w:pPr>
      <w:r>
        <w:t>Administratieve gegevens en facturen: 7 jaar, conform fiscale wetgeving</w:t>
      </w:r>
    </w:p>
    <w:p w14:paraId="371BD90A" w14:textId="77777777" w:rsidR="00142073" w:rsidRDefault="00F82E0E">
      <w:pPr>
        <w:pStyle w:val="Lijstopsomteken"/>
        <w:spacing w:after="40"/>
      </w:pPr>
      <w:r>
        <w:t>Behandel- en cliëntgegevens: niet langer dan noodzakelijk voor een zorgvuldige praktijkvoering en het voldoen aan wettelijke verplichtingen</w:t>
      </w:r>
    </w:p>
    <w:p w14:paraId="426222DC" w14:textId="77777777" w:rsidR="00142073" w:rsidRDefault="00F82E0E">
      <w:pPr>
        <w:pStyle w:val="Lijstopsomteken"/>
        <w:spacing w:after="40"/>
      </w:pPr>
      <w:r>
        <w:t>Website-analytics: volgens de bewaartermijnen van de gebruikte software</w:t>
      </w:r>
    </w:p>
    <w:p w14:paraId="49E01DAD" w14:textId="77777777" w:rsidR="00142073" w:rsidRDefault="00F82E0E">
      <w:pPr>
        <w:pStyle w:val="Kop2"/>
      </w:pPr>
      <w:r>
        <w:t>6. Jouw rechten</w:t>
      </w:r>
    </w:p>
    <w:p w14:paraId="35DF41D3" w14:textId="77777777" w:rsidR="00142073" w:rsidRDefault="00F82E0E">
      <w:r>
        <w:t>Je hebt het recht om:</w:t>
      </w:r>
    </w:p>
    <w:p w14:paraId="50ED1C89" w14:textId="77777777" w:rsidR="00142073" w:rsidRDefault="00F82E0E">
      <w:pPr>
        <w:pStyle w:val="Lijstopsomteken"/>
        <w:spacing w:after="40"/>
      </w:pPr>
      <w:r>
        <w:t>Jouw persoonsgegevens in te zien</w:t>
      </w:r>
    </w:p>
    <w:p w14:paraId="336C884A" w14:textId="77777777" w:rsidR="00142073" w:rsidRDefault="00F82E0E">
      <w:pPr>
        <w:pStyle w:val="Lijstopsomteken"/>
        <w:spacing w:after="40"/>
      </w:pPr>
      <w:r>
        <w:t>Gegevens te laten corrigeren</w:t>
      </w:r>
    </w:p>
    <w:p w14:paraId="65B55486" w14:textId="77777777" w:rsidR="00142073" w:rsidRDefault="00F82E0E">
      <w:pPr>
        <w:pStyle w:val="Lijstopsomteken"/>
        <w:spacing w:after="40"/>
      </w:pPr>
      <w:r>
        <w:t>Gegevens te laten verwijderen</w:t>
      </w:r>
    </w:p>
    <w:p w14:paraId="78788A1E" w14:textId="77777777" w:rsidR="00142073" w:rsidRDefault="00F82E0E">
      <w:pPr>
        <w:pStyle w:val="Lijstopsomteken"/>
        <w:spacing w:after="40"/>
      </w:pPr>
      <w:r>
        <w:t>De verwerking van gegevens te beperken</w:t>
      </w:r>
    </w:p>
    <w:p w14:paraId="4357A140" w14:textId="77777777" w:rsidR="00142073" w:rsidRDefault="00F82E0E">
      <w:pPr>
        <w:pStyle w:val="Lijstopsomteken"/>
        <w:spacing w:after="40"/>
      </w:pPr>
      <w:r>
        <w:t>Bezwaar te maken tegen verwerking</w:t>
      </w:r>
    </w:p>
    <w:p w14:paraId="13D1F3F0" w14:textId="77777777" w:rsidR="00142073" w:rsidRDefault="00F82E0E">
      <w:pPr>
        <w:pStyle w:val="Lijstopsomteken"/>
        <w:spacing w:after="40"/>
      </w:pPr>
      <w:r>
        <w:t>Een eerder gegeven toestemming in te trekken</w:t>
      </w:r>
    </w:p>
    <w:p w14:paraId="7887EFF0" w14:textId="77777777" w:rsidR="00142073" w:rsidRDefault="00F82E0E">
      <w:pPr>
        <w:pStyle w:val="Lijstopsomteken"/>
        <w:spacing w:after="40"/>
      </w:pPr>
      <w:r>
        <w:t>Gegevens over te dragen aan een andere partij</w:t>
      </w:r>
    </w:p>
    <w:p w14:paraId="120CBB68" w14:textId="77777777" w:rsidR="00142073" w:rsidRDefault="00F82E0E">
      <w:r>
        <w:t>Een verzoek kun je indienen via regina@bekkenherstel.nl.</w:t>
      </w:r>
    </w:p>
    <w:p w14:paraId="0D7E49F2" w14:textId="77777777" w:rsidR="00142073" w:rsidRDefault="00F82E0E">
      <w:r>
        <w:t>Wij reageren in principe binnen 30 dagen.</w:t>
      </w:r>
    </w:p>
    <w:p w14:paraId="40E76F21" w14:textId="77777777" w:rsidR="00142073" w:rsidRDefault="00F82E0E">
      <w:pPr>
        <w:pStyle w:val="Kop2"/>
      </w:pPr>
      <w:r>
        <w:t>7. Gebruik van e-mail en digitale communicatie</w:t>
      </w:r>
    </w:p>
    <w:p w14:paraId="099F10E5" w14:textId="77777777" w:rsidR="00142073" w:rsidRDefault="00F82E0E">
      <w:r>
        <w:t>Voor het maken van afspraken en het verstrekken van praktische informatie maakt BekkenHerstel gebruik van e-mail, telefoon en andere digitale communicatiemiddelen.</w:t>
      </w:r>
    </w:p>
    <w:p w14:paraId="3657D4BE" w14:textId="77777777" w:rsidR="00142073" w:rsidRDefault="00F82E0E">
      <w:r>
        <w:t>Hoewel passende beveiligingsmaatregelen worden genomen, kan volledige veiligheid van elektronische communicatie nooit volledig worden gegarandeerd.</w:t>
      </w:r>
    </w:p>
    <w:p w14:paraId="628955A9" w14:textId="77777777" w:rsidR="00142073" w:rsidRDefault="00F82E0E">
      <w:pPr>
        <w:pStyle w:val="Kop2"/>
      </w:pPr>
      <w:r>
        <w:t>8. Cookies</w:t>
      </w:r>
    </w:p>
    <w:p w14:paraId="49A83007" w14:textId="77777777" w:rsidR="00142073" w:rsidRDefault="00F82E0E">
      <w:r>
        <w:t>De website gebruikt cookies om goed te functioneren en de gebruikerservaring te verbeteren.</w:t>
      </w:r>
    </w:p>
    <w:p w14:paraId="54474B24" w14:textId="77777777" w:rsidR="00142073" w:rsidRDefault="00F82E0E">
      <w:r>
        <w:t>Wij kunnen gebruikmaken van:</w:t>
      </w:r>
    </w:p>
    <w:p w14:paraId="4E1A92AC" w14:textId="77777777" w:rsidR="00142073" w:rsidRDefault="00F82E0E">
      <w:pPr>
        <w:pStyle w:val="Lijstopsomteken"/>
        <w:spacing w:after="40"/>
      </w:pPr>
      <w:r>
        <w:t>Functionele cookies</w:t>
      </w:r>
    </w:p>
    <w:p w14:paraId="6C79AE38" w14:textId="77777777" w:rsidR="00142073" w:rsidRDefault="00F82E0E">
      <w:pPr>
        <w:pStyle w:val="Lijstopsomteken"/>
        <w:spacing w:after="40"/>
      </w:pPr>
      <w:r>
        <w:t>Statistische cookies</w:t>
      </w:r>
    </w:p>
    <w:p w14:paraId="131D7D1A" w14:textId="77777777" w:rsidR="00142073" w:rsidRDefault="00F82E0E">
      <w:pPr>
        <w:pStyle w:val="Lijstopsomteken"/>
        <w:spacing w:after="40"/>
      </w:pPr>
      <w:r>
        <w:t>Marketingcookies</w:t>
      </w:r>
    </w:p>
    <w:p w14:paraId="6D551181" w14:textId="77777777" w:rsidR="00142073" w:rsidRDefault="00F82E0E">
      <w:r>
        <w:t>Voor statistische en marketingcookies vragen wij vooraf toestemming via de cookiebanner.</w:t>
      </w:r>
    </w:p>
    <w:p w14:paraId="738D7181" w14:textId="77777777" w:rsidR="00142073" w:rsidRDefault="00F82E0E">
      <w:r>
        <w:t>Je kunt jouw cookie-instellingen op ieder moment wijzigen.</w:t>
      </w:r>
    </w:p>
    <w:p w14:paraId="14485495" w14:textId="77777777" w:rsidR="00142073" w:rsidRDefault="00F82E0E">
      <w:pPr>
        <w:pStyle w:val="Kop2"/>
      </w:pPr>
      <w:r>
        <w:t>9. Beveiliging</w:t>
      </w:r>
    </w:p>
    <w:p w14:paraId="35E18F34" w14:textId="77777777" w:rsidR="00142073" w:rsidRDefault="00F82E0E">
      <w:r>
        <w:t>BekkenHerstel neemt passende technische en organisatorische maatregelen om persoonsgegevens te beschermen tegen verlies, misbruik of onbevoegde toegang.</w:t>
      </w:r>
    </w:p>
    <w:p w14:paraId="293F84C6" w14:textId="77777777" w:rsidR="00142073" w:rsidRDefault="00F82E0E">
      <w:r>
        <w:t>Deze maatregelen omvatten onder andere:</w:t>
      </w:r>
    </w:p>
    <w:p w14:paraId="04D57354" w14:textId="77777777" w:rsidR="00142073" w:rsidRDefault="00F82E0E">
      <w:pPr>
        <w:pStyle w:val="Lijstopsomteken"/>
        <w:spacing w:after="40"/>
      </w:pPr>
      <w:r>
        <w:t>Beveiligde verbindingen (SSL/HTTPS)</w:t>
      </w:r>
    </w:p>
    <w:p w14:paraId="0BB6175D" w14:textId="77777777" w:rsidR="00142073" w:rsidRDefault="00F82E0E">
      <w:pPr>
        <w:pStyle w:val="Lijstopsomteken"/>
        <w:spacing w:after="40"/>
      </w:pPr>
      <w:r>
        <w:t>Toegangsbeperking tot persoonsgegevens</w:t>
      </w:r>
    </w:p>
    <w:p w14:paraId="63AB06F3" w14:textId="77777777" w:rsidR="00142073" w:rsidRDefault="00F82E0E">
      <w:pPr>
        <w:pStyle w:val="Lijstopsomteken"/>
        <w:spacing w:after="40"/>
      </w:pPr>
      <w:r>
        <w:t>Beveiligde opslag van gegevens</w:t>
      </w:r>
    </w:p>
    <w:p w14:paraId="33369303" w14:textId="77777777" w:rsidR="00142073" w:rsidRDefault="00F82E0E">
      <w:pPr>
        <w:pStyle w:val="Lijstopsomteken"/>
        <w:spacing w:after="40"/>
      </w:pPr>
      <w:r>
        <w:t>Regelmatige controle van systemen en software</w:t>
      </w:r>
    </w:p>
    <w:p w14:paraId="4FB2A1CC" w14:textId="77777777" w:rsidR="00142073" w:rsidRDefault="00F82E0E">
      <w:r>
        <w:t>Ondanks deze maatregelen kan absolute veiligheid van gegevensuitwisseling via internet nooit volledig worden gegarandeerd.</w:t>
      </w:r>
    </w:p>
    <w:p w14:paraId="12F5E26F" w14:textId="77777777" w:rsidR="00142073" w:rsidRDefault="00F82E0E">
      <w:pPr>
        <w:pStyle w:val="Kop2"/>
      </w:pPr>
      <w:r>
        <w:lastRenderedPageBreak/>
        <w:t>10. Klachten</w:t>
      </w:r>
    </w:p>
    <w:p w14:paraId="7DFC6F32" w14:textId="77777777" w:rsidR="00142073" w:rsidRDefault="00F82E0E">
      <w:r>
        <w:t>Wanneer je vragen of klachten hebt over de verwerking van jouw persoonsgegevens, neem dan gerust contact met ons op.</w:t>
      </w:r>
    </w:p>
    <w:p w14:paraId="5842DE2E" w14:textId="77777777" w:rsidR="00142073" w:rsidRDefault="00F82E0E">
      <w:r>
        <w:t>Je hebt daarnaast het recht een klacht in te dienen bij de Autoriteit Persoonsgegevens wanneer je van mening bent dat BekkenHerstel niet zorgvuldig omgaat met jouw persoonsgegevens.</w:t>
      </w:r>
    </w:p>
    <w:p w14:paraId="18525EDC" w14:textId="77777777" w:rsidR="00142073" w:rsidRDefault="00F82E0E">
      <w:pPr>
        <w:pStyle w:val="Kop2"/>
      </w:pPr>
      <w:r>
        <w:t>11. Contact</w:t>
      </w:r>
    </w:p>
    <w:p w14:paraId="2B0DD0BA" w14:textId="77777777" w:rsidR="00142073" w:rsidRDefault="00F82E0E">
      <w:r>
        <w:rPr>
          <w:b/>
          <w:color w:val="2E5256"/>
        </w:rPr>
        <w:t>BekkenHerstel</w:t>
      </w:r>
      <w:r>
        <w:br/>
        <w:t>Onderdeel van Maha Devi B.V.</w:t>
      </w:r>
      <w:r>
        <w:br/>
      </w:r>
      <w:r>
        <w:br/>
        <w:t>Hertenlaan 27</w:t>
      </w:r>
      <w:r>
        <w:br/>
        <w:t>3734 CD Den Dolder</w:t>
      </w:r>
      <w:r>
        <w:br/>
      </w:r>
      <w:r>
        <w:br/>
        <w:t>E-mail: regina@bekkenherstel.nl</w:t>
      </w:r>
      <w:r>
        <w:br/>
        <w:t>Website: www.bekkenherstel.nl</w:t>
      </w:r>
      <w:r>
        <w:br/>
      </w:r>
    </w:p>
    <w:p w14:paraId="4C0D28E4" w14:textId="77777777" w:rsidR="00142073" w:rsidRDefault="00F82E0E">
      <w:pPr>
        <w:pStyle w:val="Kop2"/>
      </w:pPr>
      <w:r>
        <w:t>12. Wijzigingen</w:t>
      </w:r>
    </w:p>
    <w:p w14:paraId="2FE68AF2" w14:textId="77777777" w:rsidR="00142073" w:rsidRDefault="00F82E0E">
      <w:r>
        <w:t>BekkenHerstel behoudt zich het recht voor deze privacyverklaring te wijzigen.</w:t>
      </w:r>
    </w:p>
    <w:p w14:paraId="3A6D30C5" w14:textId="77777777" w:rsidR="00142073" w:rsidRDefault="00F82E0E">
      <w:r>
        <w:t>De meest actuele versie wordt altijd gepubliceerd op de website.</w:t>
      </w:r>
    </w:p>
    <w:p w14:paraId="09F4BAA7" w14:textId="77777777" w:rsidR="00142073" w:rsidRDefault="00F82E0E">
      <w:r>
        <w:t>Wij raden aan deze privacyverklaring regelmatig te raadplegen zodat je op de hoogte blijft van eventuele wijzigingen.</w:t>
      </w:r>
    </w:p>
    <w:sectPr w:rsidR="0014207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224" w:bottom="1008" w:left="1224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865A9" w14:textId="77777777" w:rsidR="00F82E0E" w:rsidRDefault="00F82E0E">
      <w:pPr>
        <w:spacing w:after="0" w:line="240" w:lineRule="auto"/>
      </w:pPr>
      <w:r>
        <w:separator/>
      </w:r>
    </w:p>
  </w:endnote>
  <w:endnote w:type="continuationSeparator" w:id="0">
    <w:p w14:paraId="1937F706" w14:textId="77777777" w:rsidR="00F82E0E" w:rsidRDefault="00F82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B02C8" w14:textId="77777777" w:rsidR="00142073" w:rsidRDefault="0014207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2D39" w14:textId="77777777" w:rsidR="00142073" w:rsidRDefault="00F82E0E">
    <w:pPr>
      <w:pStyle w:val="Voettekst"/>
      <w:jc w:val="center"/>
    </w:pPr>
    <w:r>
      <w:rPr>
        <w:color w:val="787878"/>
        <w:sz w:val="16"/>
      </w:rPr>
      <w:t xml:space="preserve">Maha Devi B.V. | </w:t>
    </w:r>
    <w:proofErr w:type="spellStart"/>
    <w:r>
      <w:rPr>
        <w:color w:val="787878"/>
        <w:sz w:val="16"/>
      </w:rPr>
      <w:t>Hertenlaan</w:t>
    </w:r>
    <w:proofErr w:type="spellEnd"/>
    <w:r>
      <w:rPr>
        <w:color w:val="787878"/>
        <w:sz w:val="16"/>
      </w:rPr>
      <w:t xml:space="preserve"> 27, 3734 CD Den Dolder | www.bekkenherstel.nl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14CD9" w14:textId="77777777" w:rsidR="00142073" w:rsidRDefault="0014207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4D6B5" w14:textId="77777777" w:rsidR="00F82E0E" w:rsidRDefault="00F82E0E">
      <w:pPr>
        <w:spacing w:after="0" w:line="240" w:lineRule="auto"/>
      </w:pPr>
      <w:r>
        <w:separator/>
      </w:r>
    </w:p>
  </w:footnote>
  <w:footnote w:type="continuationSeparator" w:id="0">
    <w:p w14:paraId="5E29AD20" w14:textId="77777777" w:rsidR="00F82E0E" w:rsidRDefault="00F82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5695F" w14:textId="77777777" w:rsidR="00142073" w:rsidRDefault="0014207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551BB" w14:textId="77777777" w:rsidR="00142073" w:rsidRDefault="00F82E0E">
    <w:pPr>
      <w:pStyle w:val="Koptekst"/>
      <w:jc w:val="right"/>
    </w:pPr>
    <w:proofErr w:type="spellStart"/>
    <w:r>
      <w:rPr>
        <w:color w:val="8BAAAA"/>
        <w:sz w:val="16"/>
      </w:rPr>
      <w:t>BekkenHerstel</w:t>
    </w:r>
    <w:proofErr w:type="spellEnd"/>
    <w:r>
      <w:rPr>
        <w:color w:val="8BAAAA"/>
        <w:sz w:val="16"/>
      </w:rPr>
      <w:t xml:space="preserve"> | </w:t>
    </w:r>
    <w:proofErr w:type="spellStart"/>
    <w:r>
      <w:rPr>
        <w:color w:val="8BAAAA"/>
        <w:sz w:val="16"/>
      </w:rPr>
      <w:t>Privacyverklaring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1B5BD" w14:textId="77777777" w:rsidR="00142073" w:rsidRDefault="0014207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4442948">
    <w:abstractNumId w:val="8"/>
  </w:num>
  <w:num w:numId="2" w16cid:durableId="1184899386">
    <w:abstractNumId w:val="6"/>
  </w:num>
  <w:num w:numId="3" w16cid:durableId="433063570">
    <w:abstractNumId w:val="5"/>
  </w:num>
  <w:num w:numId="4" w16cid:durableId="84616607">
    <w:abstractNumId w:val="4"/>
  </w:num>
  <w:num w:numId="5" w16cid:durableId="1485778169">
    <w:abstractNumId w:val="7"/>
  </w:num>
  <w:num w:numId="6" w16cid:durableId="978848479">
    <w:abstractNumId w:val="3"/>
  </w:num>
  <w:num w:numId="7" w16cid:durableId="804198667">
    <w:abstractNumId w:val="2"/>
  </w:num>
  <w:num w:numId="8" w16cid:durableId="2123725170">
    <w:abstractNumId w:val="1"/>
  </w:num>
  <w:num w:numId="9" w16cid:durableId="1601792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E5B"/>
    <w:rsid w:val="00034616"/>
    <w:rsid w:val="0006063C"/>
    <w:rsid w:val="00142073"/>
    <w:rsid w:val="0015074B"/>
    <w:rsid w:val="0029639D"/>
    <w:rsid w:val="00326F90"/>
    <w:rsid w:val="006F2E71"/>
    <w:rsid w:val="00AA1D8D"/>
    <w:rsid w:val="00B47730"/>
    <w:rsid w:val="00CB0664"/>
    <w:rsid w:val="00F82E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C3EA4A"/>
  <w14:defaultImageDpi w14:val="300"/>
  <w15:docId w15:val="{AD1420F6-A1EA-4CA6-A471-AE5058AC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120" w:line="259" w:lineRule="auto"/>
    </w:pPr>
    <w:rPr>
      <w:rFonts w:ascii="Lato" w:eastAsia="Lato" w:hAnsi="Lato"/>
      <w:color w:val="282828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5256"/>
      <w:sz w:val="4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/>
      <w:b/>
      <w:bCs/>
      <w:color w:val="2E5256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Theme="majorHAnsi" w:eastAsiaTheme="majorEastAsia" w:hAnsiTheme="majorHAnsi" w:cstheme="majorBidi"/>
      <w:b/>
      <w:bCs/>
      <w:color w:val="2E5256"/>
      <w:sz w:val="2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van den Broek</dc:creator>
  <cp:keywords/>
  <dc:description>generated by python-docx</dc:description>
  <cp:lastModifiedBy>Regina van den Broek</cp:lastModifiedBy>
  <cp:revision>2</cp:revision>
  <dcterms:created xsi:type="dcterms:W3CDTF">2026-08-01T10:43:00Z</dcterms:created>
  <dcterms:modified xsi:type="dcterms:W3CDTF">2026-08-01T10:43:00Z</dcterms:modified>
  <cp:category/>
</cp:coreProperties>
</file>